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color w:val="14374C"/>
          <w:sz w:val="40"/>
        </w:rPr>
        <w:t>LUKE STILSON</w:t>
      </w:r>
    </w:p>
    <w:p>
      <w:pPr>
        <w:jc w:val="center"/>
      </w:pPr>
      <w:r>
        <w:rPr>
          <w:sz w:val="22"/>
        </w:rPr>
        <w:t>LEAD TECHNICAL ARTIST</w:t>
      </w:r>
    </w:p>
    <w:p>
      <w:pPr>
        <w:jc w:val="center"/>
      </w:pPr>
      <w:r>
        <w:t>Technical Art  •  Cross-Disciplinary Pipelines  •  Real-Time Rendering  •  Tools Development</w:t>
      </w:r>
    </w:p>
    <w:p>
      <w:pPr>
        <w:jc w:val="center"/>
      </w:pPr>
      <w:r>
        <w:t>Wake Forest, NC  |  779-537-0794  |  stilson.luke@gmail.com  |  lukestilson.com  |  openvat.org</w:t>
      </w:r>
    </w:p>
    <w:p>
      <w:pPr>
        <w:pStyle w:val="ResumeSection"/>
      </w:pPr>
      <w:r>
        <w:t>PROFILE</w:t>
      </w:r>
    </w:p>
    <w:p>
      <w:r>
        <w:t>Lead Technical Artist with a multidisciplinary background in 3D art, shader and material authoring, real-time rendering, game development, and production software. Builds and maintains the workflows connecting creative teams, digital content creation tools, and game engines. Combines hands-on modeling, animation, and visual development with C#/Python tooling, runtime integration, and performance optimization.</w:t>
      </w:r>
    </w:p>
    <w:p>
      <w:pPr>
        <w:pStyle w:val="ResumeSection"/>
      </w:pPr>
      <w:r>
        <w:t>CORE CAPABILITIES</w:t>
      </w:r>
    </w:p>
    <w:p>
      <w:r>
        <w:t>Cross-disciplinary art/engineering pipelines  •  Blender and procedural modeling  •  Shader/material development (HLSL, GLSL, node-based)  •  Python and C# tooling  •  Unity integration  •  Animation systems and GPU/VAT workflows  •  VFX and look development  •  Asset optimization, atlasing and compression  •  Editor and runtime systems  •  Technical leadership</w:t>
      </w:r>
    </w:p>
    <w:p>
      <w:pPr>
        <w:pStyle w:val="ResumeSection"/>
      </w:pPr>
      <w:r>
        <w:t>PROFESSIONAL EXPERIENCE</w:t>
      </w:r>
    </w:p>
    <w:p>
      <w:pPr>
        <w:pStyle w:val="ResumeJob"/>
      </w:pPr>
      <w:r>
        <w:t>Bad Dog Games — Lead Technical Artist</w:t>
      </w:r>
      <w:r>
        <w:rPr>
          <w:b w:val="0"/>
        </w:rPr>
        <w:t xml:space="preserve">  |  Dec 2024–Present</w:t>
      </w:r>
    </w:p>
    <w:p>
      <w:pPr>
        <w:pStyle w:val="ListBullet"/>
        <w:spacing w:after="20"/>
        <w:ind w:left="274" w:hanging="187"/>
      </w:pPr>
      <w:r>
        <w:t>Lead technical-art workflows for real-money slot and skill-game production, connecting visual development, asset preparation, Unity implementation, and developer handoff.</w:t>
      </w:r>
    </w:p>
    <w:p>
      <w:pPr>
        <w:pStyle w:val="ListBullet"/>
        <w:spacing w:after="20"/>
        <w:ind w:left="274" w:hanging="187"/>
      </w:pPr>
      <w:r>
        <w:t>Create and integrate polished game art, shader effects, animation, and reusable presentation systems with attention to visual quality and constrained target hardware.</w:t>
      </w:r>
    </w:p>
    <w:p>
      <w:pPr>
        <w:pStyle w:val="ListBullet"/>
        <w:spacing w:after="20"/>
        <w:ind w:left="274" w:hanging="187"/>
      </w:pPr>
      <w:r>
        <w:t>Develop a flexible 2D shader framework with SDF-based outlines and shadows, light sweeps, gradients, color treatments, and reveal effects using per-instance controls.</w:t>
      </w:r>
    </w:p>
    <w:p>
      <w:pPr>
        <w:pStyle w:val="ListBullet"/>
        <w:spacing w:after="20"/>
        <w:ind w:left="274" w:hanging="187"/>
      </w:pPr>
      <w:r>
        <w:t>Replace Animator-heavy content workflows with lightweight state-based animation control; improve atlas organization, texture compression, and runtime behavior.</w:t>
      </w:r>
    </w:p>
    <w:p>
      <w:pPr>
        <w:pStyle w:val="ResumeJob"/>
      </w:pPr>
      <w:r>
        <w:t>OnChain Studios — Technical Artist</w:t>
      </w:r>
      <w:r>
        <w:rPr>
          <w:b w:val="0"/>
        </w:rPr>
        <w:t xml:space="preserve">  |  Feb 2023–2024</w:t>
      </w:r>
    </w:p>
    <w:p>
      <w:pPr>
        <w:pStyle w:val="ListBullet"/>
        <w:spacing w:after="20"/>
        <w:ind w:left="274" w:hanging="187"/>
      </w:pPr>
      <w:r>
        <w:t>Produced art and real-time experiences for licensed properties including Disney’s Mickey and Friends, Star Wars, and Masters of the Universe.</w:t>
      </w:r>
    </w:p>
    <w:p>
      <w:pPr>
        <w:pStyle w:val="ListBullet"/>
        <w:spacing w:after="20"/>
        <w:ind w:left="274" w:hanging="187"/>
      </w:pPr>
      <w:r>
        <w:t>Built Python and C# production tools for asset preparation, look development, performance analysis, and engine integration; collaborated across art and engineering.</w:t>
      </w:r>
    </w:p>
    <w:p>
      <w:pPr>
        <w:pStyle w:val="ListBullet"/>
        <w:spacing w:after="20"/>
        <w:ind w:left="274" w:hanging="187"/>
      </w:pPr>
      <w:r>
        <w:t>Authored and optimized shaders, animation systems, VFX, and texture workflows for web, mobile, and desktop delivery.</w:t>
      </w:r>
    </w:p>
    <w:p>
      <w:pPr>
        <w:pStyle w:val="ResumeJob"/>
      </w:pPr>
      <w:r>
        <w:t>Arrow International — Lead Technical Artist / 3D Generalist</w:t>
      </w:r>
      <w:r>
        <w:rPr>
          <w:b w:val="0"/>
        </w:rPr>
        <w:t xml:space="preserve">  |  Aug 2020–Feb 2023</w:t>
      </w:r>
    </w:p>
    <w:p>
      <w:pPr>
        <w:pStyle w:val="ListBullet"/>
        <w:spacing w:after="20"/>
        <w:ind w:left="274" w:hanging="187"/>
      </w:pPr>
      <w:r>
        <w:t>Led technical-art workflow coordination across artists and developers, including pipeline decisions, documentation, and production problem-solving.</w:t>
      </w:r>
    </w:p>
    <w:p>
      <w:pPr>
        <w:pStyle w:val="ListBullet"/>
        <w:spacing w:after="20"/>
        <w:ind w:left="274" w:hanging="187"/>
      </w:pPr>
      <w:r>
        <w:t>Modeled, animated, authored materials and VFX, and integrated game-ready content; developed Blender Python tools, Unity C# scripts, and shaders to streamline production.</w:t>
      </w:r>
    </w:p>
    <w:p>
      <w:pPr>
        <w:pStyle w:val="ResumeJob"/>
      </w:pPr>
      <w:r>
        <w:t>ONEFIRE — 3D Generalist / Gameplay Programmer (Contract)</w:t>
      </w:r>
      <w:r>
        <w:rPr>
          <w:b w:val="0"/>
        </w:rPr>
        <w:t xml:space="preserve">  |  Jul 2017–Jan 2020</w:t>
      </w:r>
    </w:p>
    <w:p>
      <w:pPr>
        <w:pStyle w:val="ListBullet"/>
        <w:spacing w:after="20"/>
        <w:ind w:left="274" w:hanging="187"/>
      </w:pPr>
      <w:r>
        <w:t>Helped design and build AR, VR, and mobile experiences in Unity and Unreal, contributing gameplay, 3D assets, shaders, materials, UI, and audio.</w:t>
      </w:r>
    </w:p>
    <w:p>
      <w:r>
        <w:t>Earlier experience: Float — Designer (2017–2018); The Iona Group — Animator / Front-End Developer (2017–2018).</w:t>
      </w:r>
    </w:p>
    <w:p>
      <w:pPr>
        <w:pStyle w:val="ResumeSection"/>
      </w:pPr>
      <w:r>
        <w:t>SELECTED INDEPENDENT PROJECTS</w:t>
      </w:r>
    </w:p>
    <w:p>
      <w:pPr>
        <w:pStyle w:val="ResumeJob"/>
      </w:pPr>
      <w:r>
        <w:t>OpenVAT — Creator / Open-source Blender Extension</w:t>
      </w:r>
      <w:r>
        <w:rPr>
          <w:b w:val="0"/>
        </w:rPr>
        <w:t xml:space="preserve">  |  </w:t>
      </w:r>
    </w:p>
    <w:p>
      <w:pPr>
        <w:pStyle w:val="ListBullet"/>
        <w:spacing w:after="20"/>
        <w:ind w:left="274" w:hanging="187"/>
      </w:pPr>
      <w:r>
        <w:t>Created a vertex-animation-texture authoring pipeline and Unity/Unreal decoders, including full-range EXR export, channel normalization, normal packing, multi-track playback, and artist-facing optimization tools.</w:t>
      </w:r>
    </w:p>
    <w:p>
      <w:pPr>
        <w:pStyle w:val="ResumeJob"/>
      </w:pPr>
      <w:r>
        <w:t>Plush — Creator / Independent Game Engine and Editor</w:t>
      </w:r>
      <w:r>
        <w:rPr>
          <w:b w:val="0"/>
        </w:rPr>
        <w:t xml:space="preserve">  |  </w:t>
      </w:r>
    </w:p>
    <w:p>
      <w:pPr>
        <w:pStyle w:val="ListBullet"/>
        <w:spacing w:after="20"/>
        <w:ind w:left="274" w:hanging="187"/>
      </w:pPr>
      <w:r>
        <w:t>Developing a C# game engine and Avalonia editor with real-time PBR rendering, HDR/ACES, ambient occlusion, shader translation, physics integration, and Blender-inspired datablock architecture.</w:t>
      </w:r>
    </w:p>
    <w:p>
      <w:pPr>
        <w:pStyle w:val="ListBullet"/>
        <w:spacing w:after="20"/>
        <w:ind w:left="274" w:hanging="187"/>
      </w:pPr>
      <w:r>
        <w:t>Building scene, behavior, pooling, rendering, and asset workflows informed by hands-on technical-art production.</w:t>
      </w:r>
    </w:p>
    <w:p>
      <w:pPr>
        <w:pStyle w:val="ResumeSection"/>
      </w:pPr>
      <w:r>
        <w:t>EDUCATION</w:t>
      </w:r>
    </w:p>
    <w:p>
      <w:r>
        <w:t>Bradley University — B.S. Interactive Media; B.S. Music  |  Peoria, IL  |  2013–2017</w:t>
      </w:r>
    </w:p>
    <w:sectPr w:rsidR="00FC693F" w:rsidRPr="0006063C" w:rsidSect="00034616">
      <w:pgSz w:w="12240" w:h="15840"/>
      <w:pgMar w:top="619" w:right="965" w:bottom="619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"/>
    </w:pPr>
    <w:rPr>
      <w:rFonts w:ascii="Aptos" w:hAnsi="Aptos"/>
      <w:color w:val="222C37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Section">
    <w:name w:val="ResumeSection"/>
    <w:pPr>
      <w:spacing w:before="120" w:after="20"/>
    </w:pPr>
    <w:rPr>
      <w:rFonts w:ascii="Aptos" w:hAnsi="Aptos"/>
      <w:b/>
      <w:color w:val="145470"/>
      <w:sz w:val="20"/>
    </w:rPr>
  </w:style>
  <w:style w:type="paragraph" w:customStyle="1" w:styleId="ResumeJob">
    <w:name w:val="ResumeJob"/>
    <w:pPr>
      <w:spacing w:before="60" w:after="20"/>
    </w:pPr>
    <w:rPr>
      <w:rFonts w:ascii="Aptos" w:hAnsi="Aptos"/>
      <w:b/>
      <w:color w:val="192734"/>
      <w:sz w:val="19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